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67842" w14:textId="77777777" w:rsidR="0025708F" w:rsidRPr="00261D5E" w:rsidRDefault="0025708F" w:rsidP="0025708F">
      <w:pPr>
        <w:pStyle w:val="Titolo"/>
        <w:rPr>
          <w:sz w:val="8"/>
          <w:szCs w:val="8"/>
        </w:rPr>
      </w:pPr>
      <w:bookmarkStart w:id="0" w:name="_Hlk81998608"/>
      <w:r>
        <w:rPr>
          <w:noProof/>
          <w:sz w:val="48"/>
          <w:szCs w:val="48"/>
        </w:rPr>
        <w:drawing>
          <wp:anchor distT="0" distB="0" distL="114935" distR="114935" simplePos="0" relativeHeight="251659264" behindDoc="1" locked="0" layoutInCell="1" allowOverlap="1" wp14:anchorId="4D35CC8D" wp14:editId="23F50AC7">
            <wp:simplePos x="0" y="0"/>
            <wp:positionH relativeFrom="column">
              <wp:posOffset>2607310</wp:posOffset>
            </wp:positionH>
            <wp:positionV relativeFrom="paragraph">
              <wp:posOffset>-291465</wp:posOffset>
            </wp:positionV>
            <wp:extent cx="771525" cy="1043305"/>
            <wp:effectExtent l="0" t="0" r="0" b="0"/>
            <wp:wrapTight wrapText="bothSides">
              <wp:wrapPolygon edited="0">
                <wp:start x="0" y="0"/>
                <wp:lineTo x="0" y="21298"/>
                <wp:lineTo x="21333" y="21298"/>
                <wp:lineTo x="21333" y="0"/>
                <wp:lineTo x="0" y="0"/>
              </wp:wrapPolygon>
            </wp:wrapTight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0433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104E9F" w14:textId="77777777" w:rsidR="0025708F" w:rsidRDefault="0025708F" w:rsidP="0025708F">
      <w:pPr>
        <w:pStyle w:val="Titolo"/>
        <w:rPr>
          <w:rFonts w:ascii="Times New Roman" w:hAnsi="Times New Roman"/>
          <w:b/>
          <w:sz w:val="46"/>
          <w:szCs w:val="46"/>
        </w:rPr>
      </w:pPr>
    </w:p>
    <w:p w14:paraId="3FA51103" w14:textId="77777777" w:rsidR="0025708F" w:rsidRDefault="0025708F" w:rsidP="0025708F">
      <w:pPr>
        <w:pStyle w:val="Titolo"/>
        <w:rPr>
          <w:rFonts w:ascii="Times New Roman" w:hAnsi="Times New Roman"/>
          <w:b/>
          <w:szCs w:val="56"/>
        </w:rPr>
      </w:pPr>
    </w:p>
    <w:p w14:paraId="3A8A8578" w14:textId="77777777" w:rsidR="0025708F" w:rsidRDefault="0025708F" w:rsidP="0025708F">
      <w:pPr>
        <w:pStyle w:val="Titolo"/>
        <w:rPr>
          <w:rFonts w:ascii="Times New Roman" w:hAnsi="Times New Roman"/>
          <w:b/>
          <w:szCs w:val="56"/>
        </w:rPr>
      </w:pPr>
    </w:p>
    <w:p w14:paraId="6F2F1D37" w14:textId="77777777" w:rsidR="0025708F" w:rsidRPr="00044463" w:rsidRDefault="0025708F" w:rsidP="0025708F">
      <w:pPr>
        <w:pStyle w:val="Titolo"/>
        <w:spacing w:after="0"/>
        <w:jc w:val="center"/>
        <w:rPr>
          <w:rFonts w:ascii="Times New Roman" w:hAnsi="Times New Roman"/>
          <w:b/>
          <w:szCs w:val="56"/>
        </w:rPr>
      </w:pPr>
      <w:proofErr w:type="spellStart"/>
      <w:r w:rsidRPr="00044463">
        <w:rPr>
          <w:rFonts w:ascii="Times New Roman" w:hAnsi="Times New Roman"/>
          <w:b/>
          <w:szCs w:val="56"/>
        </w:rPr>
        <w:t>Comune</w:t>
      </w:r>
      <w:proofErr w:type="spellEnd"/>
      <w:r w:rsidRPr="00044463">
        <w:rPr>
          <w:rFonts w:ascii="Times New Roman" w:hAnsi="Times New Roman"/>
          <w:b/>
          <w:szCs w:val="56"/>
        </w:rPr>
        <w:t xml:space="preserve"> di San Salvatore di </w:t>
      </w:r>
      <w:proofErr w:type="spellStart"/>
      <w:r w:rsidRPr="00044463">
        <w:rPr>
          <w:rFonts w:ascii="Times New Roman" w:hAnsi="Times New Roman"/>
          <w:b/>
          <w:szCs w:val="56"/>
        </w:rPr>
        <w:t>Fitalia</w:t>
      </w:r>
      <w:proofErr w:type="spellEnd"/>
    </w:p>
    <w:p w14:paraId="7D80B1E6" w14:textId="77777777" w:rsidR="0025708F" w:rsidRPr="0025708F" w:rsidRDefault="0025708F" w:rsidP="0025708F">
      <w:pPr>
        <w:spacing w:after="0" w:line="240" w:lineRule="auto"/>
        <w:jc w:val="center"/>
        <w:rPr>
          <w:sz w:val="24"/>
          <w:szCs w:val="24"/>
        </w:rPr>
      </w:pPr>
      <w:r w:rsidRPr="0025708F">
        <w:rPr>
          <w:sz w:val="24"/>
          <w:szCs w:val="24"/>
        </w:rPr>
        <w:t xml:space="preserve">Città </w:t>
      </w:r>
      <w:proofErr w:type="spellStart"/>
      <w:r w:rsidRPr="0025708F">
        <w:rPr>
          <w:sz w:val="24"/>
          <w:szCs w:val="24"/>
        </w:rPr>
        <w:t>Metropolitana</w:t>
      </w:r>
      <w:proofErr w:type="spellEnd"/>
      <w:r w:rsidRPr="0025708F">
        <w:rPr>
          <w:sz w:val="24"/>
          <w:szCs w:val="24"/>
        </w:rPr>
        <w:t xml:space="preserve"> di Messina</w:t>
      </w:r>
    </w:p>
    <w:bookmarkEnd w:id="0"/>
    <w:p w14:paraId="4E75124E" w14:textId="77777777" w:rsidR="0025708F" w:rsidRDefault="0025708F">
      <w:pPr>
        <w:spacing w:after="100"/>
        <w:jc w:val="center"/>
        <w:rPr>
          <w:b/>
        </w:rPr>
      </w:pPr>
    </w:p>
    <w:p w14:paraId="585B10F0" w14:textId="0F731EE6" w:rsidR="00135EC3" w:rsidRDefault="001C3030">
      <w:pPr>
        <w:spacing w:after="100"/>
        <w:jc w:val="center"/>
      </w:pPr>
      <w:r>
        <w:rPr>
          <w:b/>
        </w:rPr>
        <w:t>ALLEGATO A – ISTANZA DI MANIFESTAZIONE DI INTERESSE E DICHIARAZIONE SOSTITUTIVA</w:t>
      </w:r>
    </w:p>
    <w:p w14:paraId="558DFF10" w14:textId="77777777" w:rsidR="000D6066" w:rsidRDefault="000D6066" w:rsidP="0025708F">
      <w:pPr>
        <w:spacing w:after="0" w:line="240" w:lineRule="auto"/>
        <w:jc w:val="right"/>
      </w:pPr>
    </w:p>
    <w:p w14:paraId="0CF6DC4D" w14:textId="2284A3D6" w:rsidR="0025708F" w:rsidRDefault="001C3030" w:rsidP="0025708F">
      <w:pPr>
        <w:spacing w:after="0" w:line="240" w:lineRule="auto"/>
        <w:jc w:val="right"/>
      </w:pPr>
      <w:proofErr w:type="spellStart"/>
      <w:r>
        <w:t>Spett.le</w:t>
      </w:r>
      <w:proofErr w:type="spellEnd"/>
      <w:r>
        <w:t xml:space="preserve"> </w:t>
      </w:r>
      <w:proofErr w:type="spellStart"/>
      <w:r>
        <w:t>Comune</w:t>
      </w:r>
      <w:proofErr w:type="spellEnd"/>
      <w:r>
        <w:t xml:space="preserve"> di San Salvatore di </w:t>
      </w:r>
      <w:proofErr w:type="spellStart"/>
      <w:r>
        <w:t>Fitalia</w:t>
      </w:r>
      <w:proofErr w:type="spellEnd"/>
    </w:p>
    <w:p w14:paraId="1BA50947" w14:textId="77777777" w:rsidR="0025708F" w:rsidRDefault="001C3030" w:rsidP="0025708F">
      <w:pPr>
        <w:spacing w:after="0" w:line="240" w:lineRule="auto"/>
        <w:jc w:val="right"/>
      </w:pPr>
      <w:r>
        <w:t xml:space="preserve">Via </w:t>
      </w:r>
      <w:proofErr w:type="spellStart"/>
      <w:r>
        <w:t>Colonnello</w:t>
      </w:r>
      <w:proofErr w:type="spellEnd"/>
      <w:r>
        <w:t xml:space="preserve"> Musarra n. 9 </w:t>
      </w:r>
    </w:p>
    <w:p w14:paraId="38A5B508" w14:textId="2DC028B6" w:rsidR="00135EC3" w:rsidRDefault="001C3030" w:rsidP="0025708F">
      <w:pPr>
        <w:spacing w:after="0" w:line="240" w:lineRule="auto"/>
        <w:jc w:val="right"/>
      </w:pPr>
      <w:r>
        <w:t>98070 San Salvatore di Fitalia (ME)</w:t>
      </w:r>
    </w:p>
    <w:p w14:paraId="0EC353CF" w14:textId="038F21B3" w:rsidR="0025708F" w:rsidRDefault="0025708F" w:rsidP="0025708F">
      <w:pPr>
        <w:spacing w:after="0" w:line="240" w:lineRule="auto"/>
        <w:jc w:val="right"/>
      </w:pPr>
      <w:r>
        <w:t xml:space="preserve">Pec </w:t>
      </w:r>
      <w:hyperlink r:id="rId7" w:history="1">
        <w:r w:rsidRPr="009F4D84">
          <w:rPr>
            <w:rStyle w:val="Collegamentoipertestuale"/>
          </w:rPr>
          <w:t>comune.sansalvatoredifitalia@pec.it</w:t>
        </w:r>
      </w:hyperlink>
    </w:p>
    <w:p w14:paraId="1F0AADF8" w14:textId="77777777" w:rsidR="0025708F" w:rsidRDefault="0025708F" w:rsidP="0025708F">
      <w:pPr>
        <w:spacing w:after="100"/>
        <w:jc w:val="right"/>
      </w:pPr>
    </w:p>
    <w:p w14:paraId="481ED8AF" w14:textId="77777777" w:rsidR="00135EC3" w:rsidRDefault="001C3030" w:rsidP="0025708F">
      <w:pPr>
        <w:spacing w:after="100"/>
        <w:jc w:val="both"/>
      </w:pPr>
      <w:r>
        <w:rPr>
          <w:b/>
        </w:rPr>
        <w:t>OGGETTO: Indagine di mercato per l’individuazione di operatori economici da invitare alla procedura negoziata telematica per l’affidamento del servizio di refezione scolastica – anno scolastico 2026/2027.</w:t>
      </w:r>
    </w:p>
    <w:p w14:paraId="626B972D" w14:textId="20FF33CC" w:rsidR="00135EC3" w:rsidRDefault="001C3030" w:rsidP="0025708F">
      <w:pPr>
        <w:spacing w:after="100"/>
        <w:jc w:val="both"/>
      </w:pPr>
      <w:r>
        <w:t xml:space="preserve">Il/La sottoscritto/a __________________________________ nato/a a __________________________ il ______________, C.F. __________________________, residente a ______________________________, in </w:t>
      </w:r>
      <w:proofErr w:type="spellStart"/>
      <w:r>
        <w:t>qualità</w:t>
      </w:r>
      <w:proofErr w:type="spellEnd"/>
      <w:r>
        <w:t xml:space="preserve"> di ____________</w:t>
      </w:r>
      <w:r w:rsidR="0025708F">
        <w:t>_________________________</w:t>
      </w:r>
      <w:r>
        <w:t xml:space="preserve">__________________ </w:t>
      </w:r>
      <w:proofErr w:type="spellStart"/>
      <w:r>
        <w:t>dell’operatore</w:t>
      </w:r>
      <w:proofErr w:type="spellEnd"/>
      <w:r>
        <w:t xml:space="preserve"> </w:t>
      </w:r>
      <w:proofErr w:type="spellStart"/>
      <w:r>
        <w:t>economico</w:t>
      </w:r>
      <w:proofErr w:type="spellEnd"/>
      <w:r>
        <w:t xml:space="preserve"> ______________________________________, con </w:t>
      </w:r>
      <w:proofErr w:type="spellStart"/>
      <w:r>
        <w:t>sede</w:t>
      </w:r>
      <w:proofErr w:type="spellEnd"/>
      <w:r>
        <w:t xml:space="preserve"> legale in _____________________________, via ______________________________ n. _____, C.F. __________________________, P. IVA __________________________, sede operativa ______________________________, PEC __________________________________, </w:t>
      </w:r>
      <w:proofErr w:type="spellStart"/>
      <w:r>
        <w:t>telefono</w:t>
      </w:r>
      <w:proofErr w:type="spellEnd"/>
      <w:r>
        <w:t xml:space="preserve"> ____________________,</w:t>
      </w:r>
      <w:r w:rsidR="0025708F">
        <w:t xml:space="preserve"> pec ___________________________</w:t>
      </w:r>
    </w:p>
    <w:p w14:paraId="54937EE0" w14:textId="77777777" w:rsidR="00135EC3" w:rsidRPr="0025708F" w:rsidRDefault="001C3030">
      <w:pPr>
        <w:spacing w:after="100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25708F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MANIFESTA IL PROPRIO INTERESSE</w:t>
      </w:r>
    </w:p>
    <w:p w14:paraId="397735EF" w14:textId="77777777" w:rsidR="00135EC3" w:rsidRDefault="001C3030" w:rsidP="0025708F">
      <w:pPr>
        <w:spacing w:after="100"/>
        <w:jc w:val="both"/>
      </w:pPr>
      <w:r>
        <w:t>a essere invitato/a alla successiva procedura negoziata tramite MEPA per il servizio indicato in oggetto, alle condizioni dell’avviso pubblicato dall’Ente, e, ai sensi degli artt. 46 e 47 del D.P.R. 445/2000, consapevole delle responsabilità e delle sanzioni previste dall’art. 76 del medesimo decreto,</w:t>
      </w:r>
    </w:p>
    <w:p w14:paraId="2D5CF482" w14:textId="77777777" w:rsidR="00135EC3" w:rsidRDefault="001C3030" w:rsidP="0025708F">
      <w:pPr>
        <w:spacing w:after="100"/>
        <w:jc w:val="center"/>
      </w:pPr>
      <w:r>
        <w:rPr>
          <w:b/>
        </w:rPr>
        <w:t>DICHIARA</w:t>
      </w:r>
    </w:p>
    <w:p w14:paraId="621CDB2B" w14:textId="77777777" w:rsidR="00135EC3" w:rsidRDefault="001C3030">
      <w:pPr>
        <w:pStyle w:val="Titolo2"/>
      </w:pPr>
      <w:r>
        <w:t>1. Requisiti generali e professionali</w:t>
      </w:r>
    </w:p>
    <w:p w14:paraId="0810E674" w14:textId="7AE5DF37" w:rsidR="00135EC3" w:rsidRDefault="001C3030" w:rsidP="0025708F">
      <w:pPr>
        <w:pStyle w:val="Paragrafoelenco"/>
        <w:numPr>
          <w:ilvl w:val="0"/>
          <w:numId w:val="10"/>
        </w:numPr>
        <w:spacing w:after="100"/>
        <w:jc w:val="both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operatore</w:t>
      </w:r>
      <w:proofErr w:type="spellEnd"/>
      <w:r>
        <w:t xml:space="preserve"> </w:t>
      </w:r>
      <w:proofErr w:type="spellStart"/>
      <w:r>
        <w:t>economico</w:t>
      </w:r>
      <w:proofErr w:type="spellEnd"/>
      <w:r>
        <w:t xml:space="preserve"> </w:t>
      </w:r>
      <w:proofErr w:type="spellStart"/>
      <w:r>
        <w:t>ammesso</w:t>
      </w:r>
      <w:proofErr w:type="spellEnd"/>
      <w:r>
        <w:t xml:space="preserve"> ai sensi dell’art. 65 del D.Lgs</w:t>
      </w:r>
      <w:r>
        <w:t>. 36/2023 e di non trovarsi in alcuna causa di esclusione ai sensi degli artt. 94–98 del medesimo decreto, per quanto applicabili, anche con riferimento ai soggetti rilevanti ai sensi dell’art. 94, comma 3;</w:t>
      </w:r>
    </w:p>
    <w:p w14:paraId="20EFE00C" w14:textId="3634A572" w:rsidR="0025708F" w:rsidRDefault="001C3030" w:rsidP="0025708F">
      <w:pPr>
        <w:pStyle w:val="Paragrafoelenco"/>
        <w:numPr>
          <w:ilvl w:val="0"/>
          <w:numId w:val="10"/>
        </w:numPr>
        <w:spacing w:after="100"/>
        <w:jc w:val="both"/>
      </w:pPr>
      <w:proofErr w:type="spellStart"/>
      <w:r>
        <w:t>che</w:t>
      </w:r>
      <w:proofErr w:type="spellEnd"/>
      <w:r>
        <w:t xml:space="preserve"> </w:t>
      </w:r>
      <w:proofErr w:type="spellStart"/>
      <w:r>
        <w:t>l’impresa</w:t>
      </w:r>
      <w:proofErr w:type="spellEnd"/>
      <w:r>
        <w:t xml:space="preserve"> è </w:t>
      </w:r>
      <w:proofErr w:type="spellStart"/>
      <w:r>
        <w:t>iscritta</w:t>
      </w:r>
      <w:proofErr w:type="spellEnd"/>
      <w:r>
        <w:t xml:space="preserve"> al Registro delle Imprese della CCIAA di __________________, n. REA _____________, per attività </w:t>
      </w:r>
      <w:proofErr w:type="spellStart"/>
      <w:r>
        <w:t>coerente</w:t>
      </w:r>
      <w:proofErr w:type="spellEnd"/>
      <w:r>
        <w:t xml:space="preserve"> con il </w:t>
      </w:r>
      <w:proofErr w:type="spellStart"/>
      <w:r>
        <w:t>servizio</w:t>
      </w:r>
      <w:proofErr w:type="spellEnd"/>
      <w:r>
        <w:t xml:space="preserve"> di </w:t>
      </w:r>
      <w:proofErr w:type="spellStart"/>
      <w:r>
        <w:t>refezione</w:t>
      </w:r>
      <w:proofErr w:type="spellEnd"/>
      <w:r>
        <w:t xml:space="preserve"> </w:t>
      </w:r>
      <w:proofErr w:type="spellStart"/>
      <w:r>
        <w:t>scolastica</w:t>
      </w:r>
      <w:proofErr w:type="spellEnd"/>
      <w:r>
        <w:t>;</w:t>
      </w:r>
    </w:p>
    <w:p w14:paraId="0223E5D4" w14:textId="77777777" w:rsidR="0025708F" w:rsidRDefault="001C3030" w:rsidP="0025708F">
      <w:pPr>
        <w:pStyle w:val="Paragrafoelenco"/>
        <w:numPr>
          <w:ilvl w:val="0"/>
          <w:numId w:val="10"/>
        </w:numPr>
        <w:spacing w:after="100"/>
        <w:jc w:val="both"/>
      </w:pPr>
      <w:r>
        <w:t xml:space="preserve">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regola</w:t>
      </w:r>
      <w:proofErr w:type="spellEnd"/>
      <w:r>
        <w:t xml:space="preserve"> con </w:t>
      </w:r>
      <w:proofErr w:type="spellStart"/>
      <w:r>
        <w:t>gli</w:t>
      </w:r>
      <w:proofErr w:type="spellEnd"/>
      <w:r>
        <w:t xml:space="preserve"> </w:t>
      </w:r>
      <w:proofErr w:type="spellStart"/>
      <w:r>
        <w:t>obblighi</w:t>
      </w:r>
      <w:proofErr w:type="spellEnd"/>
      <w:r>
        <w:t xml:space="preserve"> </w:t>
      </w:r>
      <w:proofErr w:type="spellStart"/>
      <w:r>
        <w:t>contributivi</w:t>
      </w:r>
      <w:proofErr w:type="spellEnd"/>
      <w:r>
        <w:t xml:space="preserve">, </w:t>
      </w:r>
      <w:proofErr w:type="spellStart"/>
      <w:r>
        <w:t>previdenziali</w:t>
      </w:r>
      <w:proofErr w:type="spellEnd"/>
      <w:r>
        <w:t xml:space="preserve"> e assicurativi e con gli obblighi </w:t>
      </w:r>
      <w:proofErr w:type="spellStart"/>
      <w:r>
        <w:t>fiscali</w:t>
      </w:r>
      <w:proofErr w:type="spellEnd"/>
      <w:r>
        <w:t xml:space="preserve"> secondo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vigente</w:t>
      </w:r>
      <w:proofErr w:type="spellEnd"/>
      <w:r>
        <w:t>;</w:t>
      </w:r>
    </w:p>
    <w:p w14:paraId="2785986F" w14:textId="634283FA" w:rsidR="0025708F" w:rsidRDefault="001C3030" w:rsidP="0025708F">
      <w:pPr>
        <w:pStyle w:val="Paragrafoelenco"/>
        <w:numPr>
          <w:ilvl w:val="0"/>
          <w:numId w:val="10"/>
        </w:numPr>
        <w:spacing w:after="100"/>
        <w:jc w:val="both"/>
      </w:pPr>
      <w:r>
        <w:t xml:space="preserve">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abilitato</w:t>
      </w:r>
      <w:proofErr w:type="spellEnd"/>
      <w:r>
        <w:t xml:space="preserve"> al MEPA per la </w:t>
      </w:r>
      <w:proofErr w:type="spellStart"/>
      <w:r>
        <w:t>categoria</w:t>
      </w:r>
      <w:proofErr w:type="spellEnd"/>
      <w:r>
        <w:t xml:space="preserve"> </w:t>
      </w:r>
      <w:proofErr w:type="spellStart"/>
      <w:r>
        <w:t>pertinente</w:t>
      </w:r>
      <w:proofErr w:type="spellEnd"/>
      <w:r>
        <w:t>;</w:t>
      </w:r>
    </w:p>
    <w:p w14:paraId="32F4B12F" w14:textId="77777777" w:rsidR="0025708F" w:rsidRDefault="001C3030" w:rsidP="0025708F">
      <w:pPr>
        <w:pStyle w:val="Paragrafoelenco"/>
        <w:numPr>
          <w:ilvl w:val="0"/>
          <w:numId w:val="10"/>
        </w:numPr>
        <w:spacing w:after="100"/>
        <w:jc w:val="both"/>
      </w:pPr>
      <w:r>
        <w:t xml:space="preserve">di non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destinatario</w:t>
      </w:r>
      <w:proofErr w:type="spellEnd"/>
      <w:r>
        <w:t xml:space="preserve"> di </w:t>
      </w:r>
      <w:proofErr w:type="spellStart"/>
      <w:r>
        <w:t>provvedimenti</w:t>
      </w:r>
      <w:proofErr w:type="spellEnd"/>
      <w:r>
        <w:t xml:space="preserve"> interdittivi che impediscano la </w:t>
      </w:r>
      <w:proofErr w:type="spellStart"/>
      <w:r>
        <w:t>contrattazione</w:t>
      </w:r>
      <w:proofErr w:type="spellEnd"/>
      <w:r>
        <w:t xml:space="preserve"> con la </w:t>
      </w:r>
      <w:proofErr w:type="spellStart"/>
      <w:r>
        <w:t>pubblica</w:t>
      </w:r>
      <w:proofErr w:type="spellEnd"/>
      <w:r>
        <w:t xml:space="preserve"> </w:t>
      </w:r>
      <w:proofErr w:type="spellStart"/>
      <w:r>
        <w:t>amministrazione</w:t>
      </w:r>
      <w:proofErr w:type="spellEnd"/>
      <w:r>
        <w:t>;</w:t>
      </w:r>
    </w:p>
    <w:p w14:paraId="68C0769E" w14:textId="77777777" w:rsidR="0025708F" w:rsidRDefault="001C3030" w:rsidP="0025708F">
      <w:pPr>
        <w:pStyle w:val="Paragrafoelenco"/>
        <w:numPr>
          <w:ilvl w:val="0"/>
          <w:numId w:val="10"/>
        </w:numPr>
        <w:spacing w:after="100"/>
        <w:jc w:val="both"/>
      </w:pPr>
      <w:r>
        <w:lastRenderedPageBreak/>
        <w:t xml:space="preserve">di </w:t>
      </w:r>
      <w:proofErr w:type="spellStart"/>
      <w:r>
        <w:t>rispettare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sulla</w:t>
      </w:r>
      <w:proofErr w:type="spellEnd"/>
      <w:r>
        <w:t xml:space="preserve"> </w:t>
      </w:r>
      <w:proofErr w:type="spellStart"/>
      <w:r>
        <w:t>sicurezza</w:t>
      </w:r>
      <w:proofErr w:type="spellEnd"/>
      <w:r>
        <w:t xml:space="preserve"> del </w:t>
      </w:r>
      <w:proofErr w:type="spellStart"/>
      <w:r>
        <w:t>lavoro</w:t>
      </w:r>
      <w:proofErr w:type="spellEnd"/>
      <w:r>
        <w:t xml:space="preserve"> (</w:t>
      </w:r>
      <w:proofErr w:type="spellStart"/>
      <w:r>
        <w:t>D.Lgs</w:t>
      </w:r>
      <w:proofErr w:type="spellEnd"/>
      <w:r>
        <w:t xml:space="preserve">. 81/2008), sulla sicurezza alimentare, sull’autocontrollo HACCP e </w:t>
      </w:r>
      <w:proofErr w:type="spellStart"/>
      <w:r>
        <w:t>sulle</w:t>
      </w:r>
      <w:proofErr w:type="spellEnd"/>
      <w:r>
        <w:t xml:space="preserve"> </w:t>
      </w:r>
      <w:proofErr w:type="spellStart"/>
      <w:r>
        <w:t>condizioni</w:t>
      </w:r>
      <w:proofErr w:type="spellEnd"/>
      <w:r>
        <w:t xml:space="preserve"> di </w:t>
      </w:r>
      <w:proofErr w:type="spellStart"/>
      <w:r>
        <w:t>lavoro</w:t>
      </w:r>
      <w:proofErr w:type="spellEnd"/>
      <w:r>
        <w:t xml:space="preserve"> </w:t>
      </w:r>
      <w:proofErr w:type="spellStart"/>
      <w:r>
        <w:t>applicabili</w:t>
      </w:r>
      <w:proofErr w:type="spellEnd"/>
      <w:r>
        <w:t>;</w:t>
      </w:r>
    </w:p>
    <w:p w14:paraId="491D4797" w14:textId="3C3210F2" w:rsidR="0025708F" w:rsidRDefault="0025708F" w:rsidP="0025708F">
      <w:pPr>
        <w:pStyle w:val="Paragrafoelenco"/>
        <w:numPr>
          <w:ilvl w:val="0"/>
          <w:numId w:val="10"/>
        </w:numPr>
        <w:spacing w:after="100"/>
        <w:jc w:val="both"/>
      </w:pPr>
      <w:r>
        <w:t xml:space="preserve">□ </w:t>
      </w:r>
      <w:r w:rsidR="001C3030">
        <w:t xml:space="preserve">di </w:t>
      </w:r>
      <w:proofErr w:type="spellStart"/>
      <w:r w:rsidR="001C3030">
        <w:t>essere</w:t>
      </w:r>
      <w:proofErr w:type="spellEnd"/>
      <w:r w:rsidR="001C3030">
        <w:t xml:space="preserve"> in </w:t>
      </w:r>
      <w:proofErr w:type="spellStart"/>
      <w:r w:rsidR="001C3030">
        <w:t>regola</w:t>
      </w:r>
      <w:proofErr w:type="spellEnd"/>
      <w:r w:rsidR="001C3030">
        <w:t xml:space="preserve"> con la normativa sul diritto al lavoro delle persone con disabilità (L. 68/1999), ove applicabile; </w:t>
      </w:r>
    </w:p>
    <w:p w14:paraId="1B3E567C" w14:textId="3A9389E1" w:rsidR="00135EC3" w:rsidRDefault="001C3030" w:rsidP="0025708F">
      <w:pPr>
        <w:pStyle w:val="Paragrafoelenco"/>
        <w:numPr>
          <w:ilvl w:val="0"/>
          <w:numId w:val="10"/>
        </w:numPr>
        <w:spacing w:after="100"/>
        <w:jc w:val="both"/>
      </w:pPr>
      <w:r>
        <w:t xml:space="preserve">□ non </w:t>
      </w:r>
      <w:proofErr w:type="spellStart"/>
      <w:r>
        <w:t>soggetto</w:t>
      </w:r>
      <w:proofErr w:type="spellEnd"/>
      <w:r>
        <w:t xml:space="preserve">, per il </w:t>
      </w:r>
      <w:proofErr w:type="spellStart"/>
      <w:r>
        <w:t>seguente</w:t>
      </w:r>
      <w:proofErr w:type="spellEnd"/>
      <w:r>
        <w:t xml:space="preserve"> motivo: _______________________________.</w:t>
      </w:r>
    </w:p>
    <w:p w14:paraId="418896C8" w14:textId="77777777" w:rsidR="00135EC3" w:rsidRDefault="001C3030">
      <w:pPr>
        <w:pStyle w:val="Titolo2"/>
      </w:pPr>
      <w:r>
        <w:t>2. White list prefettizia</w:t>
      </w:r>
    </w:p>
    <w:p w14:paraId="300D584A" w14:textId="77777777" w:rsidR="00135EC3" w:rsidRDefault="001C3030">
      <w:pPr>
        <w:spacing w:after="100"/>
      </w:pPr>
      <w:r>
        <w:t>Barrare l’opzione pertinente:</w:t>
      </w:r>
    </w:p>
    <w:p w14:paraId="0B00DC5D" w14:textId="77777777" w:rsidR="00135EC3" w:rsidRDefault="001C3030" w:rsidP="000D6066">
      <w:pPr>
        <w:spacing w:after="100"/>
        <w:jc w:val="both"/>
      </w:pPr>
      <w:r>
        <w:t>□ L’operatore è iscritto nella white list della Prefettura di __________________________, per le attività pertinenti; estremi / data iscrizione ________________________________.</w:t>
      </w:r>
    </w:p>
    <w:p w14:paraId="3B128838" w14:textId="77777777" w:rsidR="00135EC3" w:rsidRDefault="001C3030" w:rsidP="000D6066">
      <w:pPr>
        <w:spacing w:after="100"/>
        <w:jc w:val="both"/>
      </w:pPr>
      <w:r>
        <w:t>□ L’operatore ha presentato domanda di iscrizione alla white list della Prefettura di __________________________ in data ____________, prot. ____________, impegnandosi a produrre i relativi elementi di riscontro e ferma restando la verifica antimafia prevista dalla legge.</w:t>
      </w:r>
    </w:p>
    <w:p w14:paraId="51009B2B" w14:textId="77777777" w:rsidR="00135EC3" w:rsidRDefault="001C3030">
      <w:pPr>
        <w:pStyle w:val="Titolo2"/>
      </w:pPr>
      <w:r>
        <w:t>3. Centro di cottura e organizzazione del trasporto</w:t>
      </w:r>
    </w:p>
    <w:p w14:paraId="1F4D9DC2" w14:textId="6E714209" w:rsidR="00135EC3" w:rsidRDefault="001C3030">
      <w:pPr>
        <w:spacing w:after="100"/>
      </w:pPr>
      <w:r>
        <w:t xml:space="preserve">□ </w:t>
      </w:r>
      <w:r w:rsidRPr="000D6066">
        <w:t xml:space="preserve">Di avere la disponibilità, o di impegnarsi ad acquisirla nei termini previsti dall’avviso e dagli atti di gara, di un centro di cottura autorizzato e </w:t>
      </w:r>
      <w:proofErr w:type="spellStart"/>
      <w:r w:rsidRPr="000D6066">
        <w:t>idoneo</w:t>
      </w:r>
      <w:proofErr w:type="spellEnd"/>
      <w:r w:rsidRPr="000D6066">
        <w:t xml:space="preserve"> alla </w:t>
      </w:r>
      <w:proofErr w:type="spellStart"/>
      <w:r w:rsidRPr="000D6066">
        <w:t>preparazione</w:t>
      </w:r>
      <w:proofErr w:type="spellEnd"/>
      <w:r w:rsidRPr="000D6066">
        <w:t xml:space="preserve"> </w:t>
      </w:r>
      <w:proofErr w:type="spellStart"/>
      <w:r w:rsidRPr="000D6066">
        <w:t>dei</w:t>
      </w:r>
      <w:proofErr w:type="spellEnd"/>
      <w:r w:rsidRPr="000D6066">
        <w:t xml:space="preserve"> </w:t>
      </w:r>
      <w:proofErr w:type="spellStart"/>
      <w:r w:rsidRPr="000D6066">
        <w:t>pasti</w:t>
      </w:r>
      <w:proofErr w:type="spellEnd"/>
      <w:r w:rsidR="000D6066" w:rsidRPr="000D6066">
        <w:t>.</w:t>
      </w:r>
    </w:p>
    <w:p w14:paraId="7FA9ECD8" w14:textId="77777777" w:rsidR="00135EC3" w:rsidRDefault="001C3030">
      <w:pPr>
        <w:spacing w:after="100"/>
      </w:pPr>
      <w:r>
        <w:t>□ Di disporre, o impegnarsi a disporre, di personale qualificato, di idonei mezzi di trasporto alimentare e di un piano di autocontrollo HACCP; di garantire le condizioni igienico-sanitarie e il mantenimento delle temperature richieste.</w:t>
      </w:r>
    </w:p>
    <w:p w14:paraId="6BFB2FC7" w14:textId="77777777" w:rsidR="00135EC3" w:rsidRDefault="001C3030">
      <w:pPr>
        <w:pStyle w:val="Titolo2"/>
      </w:pPr>
      <w:r>
        <w:t>4. Esperienza specifica nel servizio di refezione scolastica</w:t>
      </w:r>
    </w:p>
    <w:p w14:paraId="2C85724D" w14:textId="1F8C81A0" w:rsidR="00F06960" w:rsidRDefault="001C3030" w:rsidP="000D6066">
      <w:pPr>
        <w:spacing w:after="100"/>
        <w:jc w:val="both"/>
      </w:pPr>
      <w:r>
        <w:t xml:space="preserve">Dichiara di </w:t>
      </w:r>
      <w:proofErr w:type="spellStart"/>
      <w:r>
        <w:t>avere</w:t>
      </w:r>
      <w:proofErr w:type="spellEnd"/>
      <w:r>
        <w:t xml:space="preserve"> </w:t>
      </w:r>
      <w:proofErr w:type="spellStart"/>
      <w:r>
        <w:t>eseguito</w:t>
      </w:r>
      <w:proofErr w:type="spellEnd"/>
      <w:r>
        <w:t xml:space="preserve"> </w:t>
      </w:r>
      <w:proofErr w:type="spellStart"/>
      <w:r>
        <w:t>regolarmente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di </w:t>
      </w:r>
      <w:proofErr w:type="spellStart"/>
      <w:r>
        <w:t>refezione</w:t>
      </w:r>
      <w:proofErr w:type="spellEnd"/>
      <w:r>
        <w:t xml:space="preserve"> </w:t>
      </w:r>
      <w:proofErr w:type="spellStart"/>
      <w:r>
        <w:t>scolastica</w:t>
      </w:r>
      <w:proofErr w:type="spellEnd"/>
      <w:r w:rsidR="00F06960">
        <w:t>;</w:t>
      </w:r>
    </w:p>
    <w:p w14:paraId="6679F116" w14:textId="1ECB4D67" w:rsidR="00135EC3" w:rsidRDefault="001C3030" w:rsidP="000D6066">
      <w:pPr>
        <w:spacing w:after="100"/>
        <w:jc w:val="both"/>
      </w:pPr>
      <w:r>
        <w:t xml:space="preserve">Si </w:t>
      </w:r>
      <w:proofErr w:type="spellStart"/>
      <w:r>
        <w:t>impegna</w:t>
      </w:r>
      <w:proofErr w:type="spellEnd"/>
      <w:r>
        <w:t xml:space="preserve"> a </w:t>
      </w:r>
      <w:proofErr w:type="spellStart"/>
      <w:r>
        <w:t>documentare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servizi</w:t>
      </w:r>
      <w:proofErr w:type="spellEnd"/>
      <w:r>
        <w:t xml:space="preserve"> </w:t>
      </w:r>
      <w:proofErr w:type="spellStart"/>
      <w:r>
        <w:t>dichiarati</w:t>
      </w:r>
      <w:proofErr w:type="spellEnd"/>
      <w:r>
        <w:t xml:space="preserve">,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successiva</w:t>
      </w:r>
      <w:proofErr w:type="spellEnd"/>
      <w:r>
        <w:t xml:space="preserve"> </w:t>
      </w:r>
      <w:proofErr w:type="spellStart"/>
      <w:r>
        <w:t>fase</w:t>
      </w:r>
      <w:proofErr w:type="spellEnd"/>
      <w:r>
        <w:t xml:space="preserve"> di </w:t>
      </w:r>
      <w:proofErr w:type="spellStart"/>
      <w:r>
        <w:t>gara</w:t>
      </w:r>
      <w:proofErr w:type="spellEnd"/>
      <w:r>
        <w:t>.</w:t>
      </w:r>
    </w:p>
    <w:p w14:paraId="6F22C290" w14:textId="77777777" w:rsidR="00135EC3" w:rsidRDefault="001C3030">
      <w:pPr>
        <w:pStyle w:val="Titolo2"/>
      </w:pPr>
      <w:r>
        <w:t>5. Dichiarazioni ulteriori e comunicazioni</w:t>
      </w:r>
    </w:p>
    <w:p w14:paraId="238F0BE5" w14:textId="77777777" w:rsidR="00135EC3" w:rsidRDefault="001C3030" w:rsidP="000D6066">
      <w:pPr>
        <w:spacing w:after="100"/>
        <w:jc w:val="both"/>
      </w:pPr>
      <w:r>
        <w:t>□ di aver preso visione dell’avviso e di accettarne le condizioni, prendendo atto che la presente istanza non costituisce offerta tecnica o economica e non attribuisce alcun diritto all’invito, all’aggiudicazione o al contratto;</w:t>
      </w:r>
    </w:p>
    <w:p w14:paraId="41C81427" w14:textId="309F864A" w:rsidR="00135EC3" w:rsidRDefault="001C3030" w:rsidP="000D6066">
      <w:pPr>
        <w:spacing w:after="100"/>
        <w:jc w:val="both"/>
      </w:pPr>
      <w:r>
        <w:t xml:space="preserve">□ di impegnarsi, se invitato, a formulare l’offerta tecnica e l’offerta economica secondo la </w:t>
      </w:r>
      <w:proofErr w:type="spellStart"/>
      <w:r>
        <w:t>lettera</w:t>
      </w:r>
      <w:proofErr w:type="spellEnd"/>
      <w:r>
        <w:t xml:space="preserve"> </w:t>
      </w:r>
      <w:proofErr w:type="spellStart"/>
      <w:r>
        <w:t>d’invito</w:t>
      </w:r>
      <w:proofErr w:type="spellEnd"/>
      <w:r>
        <w:t xml:space="preserve">, con </w:t>
      </w:r>
      <w:proofErr w:type="spellStart"/>
      <w:r>
        <w:t>riferimento</w:t>
      </w:r>
      <w:proofErr w:type="spellEnd"/>
      <w:r>
        <w:t xml:space="preserve"> ai </w:t>
      </w:r>
      <w:proofErr w:type="spellStart"/>
      <w:r>
        <w:t>criteri</w:t>
      </w:r>
      <w:proofErr w:type="spellEnd"/>
      <w:r>
        <w:t xml:space="preserve"> </w:t>
      </w:r>
      <w:proofErr w:type="spellStart"/>
      <w:r>
        <w:t>previsti</w:t>
      </w:r>
      <w:proofErr w:type="spellEnd"/>
      <w:r w:rsidR="00F06960">
        <w:t>;</w:t>
      </w:r>
    </w:p>
    <w:p w14:paraId="33B9EC58" w14:textId="77777777" w:rsidR="00135EC3" w:rsidRDefault="001C3030" w:rsidP="000D6066">
      <w:pPr>
        <w:spacing w:after="100"/>
        <w:jc w:val="both"/>
      </w:pPr>
      <w:r>
        <w:t>□ di autorizzare l’invio delle comunicazioni relative alla procedura all’indirizzo PEC sopra indicato e di impegnarsi a comunicarne tempestivamente eventuali variazioni;</w:t>
      </w:r>
    </w:p>
    <w:p w14:paraId="7EACAD14" w14:textId="77777777" w:rsidR="00135EC3" w:rsidRDefault="001C3030" w:rsidP="000D6066">
      <w:pPr>
        <w:spacing w:after="100"/>
        <w:jc w:val="both"/>
      </w:pPr>
      <w:r>
        <w:t>□ di essere informato/a che i dati personali saranno trattati per le finalità del procedimento ai sensi del Regolamento (UE) 2016/679 e della normativa nazionale applicabile;</w:t>
      </w:r>
    </w:p>
    <w:p w14:paraId="4178D28D" w14:textId="77777777" w:rsidR="00135EC3" w:rsidRDefault="001C3030" w:rsidP="000D6066">
      <w:pPr>
        <w:spacing w:after="100"/>
        <w:jc w:val="both"/>
      </w:pPr>
      <w:r>
        <w:t>□ di impegnarsi a comunicare tempestivamente eventuali variazioni dei requisiti dichiarati e a produrre, su richiesta, la documentazione necessaria alle verifiche.</w:t>
      </w:r>
    </w:p>
    <w:p w14:paraId="53322F7B" w14:textId="77777777" w:rsidR="00135EC3" w:rsidRDefault="001C3030">
      <w:pPr>
        <w:pStyle w:val="Titolo2"/>
      </w:pPr>
      <w:r>
        <w:t>6. Allegati</w:t>
      </w:r>
    </w:p>
    <w:p w14:paraId="232FC5B6" w14:textId="77777777" w:rsidR="00F06960" w:rsidRDefault="001C3030">
      <w:pPr>
        <w:spacing w:after="100"/>
      </w:pPr>
      <w:r>
        <w:t xml:space="preserve">□ </w:t>
      </w:r>
      <w:proofErr w:type="spellStart"/>
      <w:r>
        <w:t>Documento</w:t>
      </w:r>
      <w:proofErr w:type="spellEnd"/>
      <w:r>
        <w:t xml:space="preserve"> di </w:t>
      </w:r>
      <w:proofErr w:type="spellStart"/>
      <w:r>
        <w:t>identità</w:t>
      </w:r>
      <w:proofErr w:type="spellEnd"/>
      <w:r>
        <w:t xml:space="preserve"> del </w:t>
      </w:r>
      <w:proofErr w:type="spellStart"/>
      <w:r>
        <w:t>dichiarante</w:t>
      </w:r>
      <w:proofErr w:type="spellEnd"/>
      <w:r w:rsidR="00F06960">
        <w:t>;</w:t>
      </w:r>
    </w:p>
    <w:p w14:paraId="47546DBB" w14:textId="03DCD827" w:rsidR="00135EC3" w:rsidRDefault="00135EC3">
      <w:pPr>
        <w:spacing w:after="100"/>
      </w:pPr>
    </w:p>
    <w:p w14:paraId="0D0275EE" w14:textId="77777777" w:rsidR="00135EC3" w:rsidRDefault="001C3030">
      <w:pPr>
        <w:spacing w:after="100"/>
      </w:pPr>
      <w:r>
        <w:t>Luogo __________________________ Data ____/____/2026</w:t>
      </w:r>
    </w:p>
    <w:p w14:paraId="64FFAB1D" w14:textId="77777777" w:rsidR="000D6066" w:rsidRDefault="001C3030" w:rsidP="000D6066">
      <w:pPr>
        <w:spacing w:after="100"/>
        <w:jc w:val="right"/>
      </w:pPr>
      <w:proofErr w:type="spellStart"/>
      <w:r>
        <w:t>Firma</w:t>
      </w:r>
      <w:proofErr w:type="spellEnd"/>
      <w:r>
        <w:t xml:space="preserve"> del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rappresentante</w:t>
      </w:r>
      <w:proofErr w:type="spellEnd"/>
      <w:r>
        <w:t xml:space="preserve"> </w:t>
      </w:r>
    </w:p>
    <w:p w14:paraId="3272DA84" w14:textId="3F545BF0" w:rsidR="00135EC3" w:rsidRDefault="001C3030" w:rsidP="000D6066">
      <w:pPr>
        <w:spacing w:after="100"/>
        <w:jc w:val="right"/>
      </w:pPr>
      <w:r>
        <w:t>____________________________________</w:t>
      </w:r>
    </w:p>
    <w:sectPr w:rsidR="00135EC3" w:rsidSect="00034616">
      <w:pgSz w:w="12240" w:h="15840"/>
      <w:pgMar w:top="1134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0B7A2F"/>
    <w:multiLevelType w:val="hybridMultilevel"/>
    <w:tmpl w:val="53B6E5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0085">
    <w:abstractNumId w:val="8"/>
  </w:num>
  <w:num w:numId="2" w16cid:durableId="1585869710">
    <w:abstractNumId w:val="6"/>
  </w:num>
  <w:num w:numId="3" w16cid:durableId="729117184">
    <w:abstractNumId w:val="5"/>
  </w:num>
  <w:num w:numId="4" w16cid:durableId="1163472970">
    <w:abstractNumId w:val="4"/>
  </w:num>
  <w:num w:numId="5" w16cid:durableId="13118556">
    <w:abstractNumId w:val="7"/>
  </w:num>
  <w:num w:numId="6" w16cid:durableId="1304773336">
    <w:abstractNumId w:val="3"/>
  </w:num>
  <w:num w:numId="7" w16cid:durableId="1884125802">
    <w:abstractNumId w:val="2"/>
  </w:num>
  <w:num w:numId="8" w16cid:durableId="629939818">
    <w:abstractNumId w:val="1"/>
  </w:num>
  <w:num w:numId="9" w16cid:durableId="1294752492">
    <w:abstractNumId w:val="0"/>
  </w:num>
  <w:num w:numId="10" w16cid:durableId="148897870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6066"/>
    <w:rsid w:val="00135EC3"/>
    <w:rsid w:val="0015074B"/>
    <w:rsid w:val="0025708F"/>
    <w:rsid w:val="0029639D"/>
    <w:rsid w:val="00326F90"/>
    <w:rsid w:val="00454840"/>
    <w:rsid w:val="00AA1D8D"/>
    <w:rsid w:val="00B47730"/>
    <w:rsid w:val="00CB0664"/>
    <w:rsid w:val="00DB4724"/>
    <w:rsid w:val="00EE007B"/>
    <w:rsid w:val="00F0696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CD5B5F"/>
  <w14:defaultImageDpi w14:val="300"/>
  <w15:docId w15:val="{8992CAD0-E612-4A5E-85C5-237177355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25708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57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mune.sansalvatoredifitalia@pec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748</Words>
  <Characters>4264</Characters>
  <Application>Microsoft Office Word</Application>
  <DocSecurity>0</DocSecurity>
  <Lines>35</Lines>
  <Paragraphs>10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Intestazioni</vt:lpstr>
      </vt:variant>
      <vt:variant>
        <vt:i4>6</vt:i4>
      </vt:variant>
      <vt:variant>
        <vt:lpstr>Title</vt:lpstr>
      </vt:variant>
      <vt:variant>
        <vt:i4>1</vt:i4>
      </vt:variant>
    </vt:vector>
  </HeadingPairs>
  <TitlesOfParts>
    <vt:vector size="8" baseType="lpstr">
      <vt:lpstr/>
      <vt:lpstr>    1. Requisiti generali e professionali</vt:lpstr>
      <vt:lpstr>    2. White list prefettizia</vt:lpstr>
      <vt:lpstr>    3. Centro di cottura e organizzazione del trasporto</vt:lpstr>
      <vt:lpstr>    4. Esperienza specifica nel servizio di refezione scolastica</vt:lpstr>
      <vt:lpstr>    5. Dichiarazioni ulteriori e comunicazioni</vt:lpstr>
      <vt:lpstr>    6. Allegati</vt:lpstr>
      <vt:lpstr/>
    </vt:vector>
  </TitlesOfParts>
  <Manager/>
  <Company/>
  <LinksUpToDate>false</LinksUpToDate>
  <CharactersWithSpaces>5002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Alfonsa Franchina</cp:lastModifiedBy>
  <cp:revision>3</cp:revision>
  <dcterms:created xsi:type="dcterms:W3CDTF">2026-11-04T12:15:00Z</dcterms:created>
  <dcterms:modified xsi:type="dcterms:W3CDTF">2026-11-04T14:30:00Z</dcterms:modified>
  <cp:category/>
</cp:coreProperties>
</file>